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DC4E" w14:textId="0F3DCF2E" w:rsidR="00B5668D" w:rsidRPr="003A7F58" w:rsidRDefault="00B5668D">
      <w:pPr>
        <w:spacing w:after="240"/>
        <w:jc w:val="center"/>
        <w:rPr>
          <w:sz w:val="24"/>
          <w:szCs w:val="24"/>
          <w:lang w:val="es-E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B5668D" w14:paraId="67D8D9C1" w14:textId="77777777">
        <w:tc>
          <w:tcPr>
            <w:tcW w:w="5256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6C05E7F" w14:textId="77777777" w:rsidR="00B5668D" w:rsidRDefault="00000000">
            <w:r>
              <w:rPr>
                <w:b/>
              </w:rPr>
              <w:t>FECHA: [DD/MM/AAAA]</w:t>
            </w:r>
          </w:p>
        </w:tc>
        <w:tc>
          <w:tcPr>
            <w:tcW w:w="5256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F616E3" w14:textId="77777777" w:rsidR="00B5668D" w:rsidRDefault="00000000">
            <w:r>
              <w:rPr>
                <w:b/>
              </w:rPr>
              <w:t>URGENCIA: [  ] ALTA  /  [  ] NORMAL</w:t>
            </w:r>
          </w:p>
        </w:tc>
      </w:tr>
    </w:tbl>
    <w:p w14:paraId="0526B269" w14:textId="77777777" w:rsidR="00B5668D" w:rsidRDefault="00000000">
      <w:pPr>
        <w:spacing w:before="240" w:after="80"/>
      </w:pPr>
      <w:r>
        <w:rPr>
          <w:b/>
          <w:color w:val="1F4E78"/>
          <w:sz w:val="22"/>
        </w:rPr>
        <w:t>1. IDENTIFICACIÓN DE LAS PARTES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456"/>
        <w:gridCol w:w="2004"/>
        <w:gridCol w:w="3180"/>
      </w:tblGrid>
      <w:tr w:rsidR="00B5668D" w14:paraId="46C4669C" w14:textId="77777777" w:rsidTr="003A7F58"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70BD6" w14:textId="77777777" w:rsidR="00B5668D" w:rsidRDefault="00000000">
            <w:pPr>
              <w:spacing w:after="0"/>
            </w:pPr>
            <w:r>
              <w:rPr>
                <w:b/>
              </w:rPr>
              <w:t>PACIENTE: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DD23C" w14:textId="77777777" w:rsidR="00B5668D" w:rsidRDefault="00000000">
            <w:pPr>
              <w:spacing w:after="0"/>
            </w:pPr>
            <w:r>
              <w:t>[Nombre y Apellidos]</w:t>
            </w:r>
          </w:p>
        </w:tc>
        <w:tc>
          <w:tcPr>
            <w:tcW w:w="2004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66F1D5" w14:textId="77777777" w:rsidR="00B5668D" w:rsidRDefault="00000000">
            <w:pPr>
              <w:spacing w:after="0"/>
            </w:pPr>
            <w:r>
              <w:rPr>
                <w:b/>
              </w:rPr>
              <w:t>CIP / TSI:</w:t>
            </w:r>
          </w:p>
        </w:tc>
        <w:tc>
          <w:tcPr>
            <w:tcW w:w="31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84E66" w14:textId="77777777" w:rsidR="00B5668D" w:rsidRDefault="00000000">
            <w:pPr>
              <w:spacing w:after="0"/>
            </w:pPr>
            <w:r>
              <w:t>[Número Tarjeta Sanitaria]</w:t>
            </w:r>
          </w:p>
        </w:tc>
      </w:tr>
      <w:tr w:rsidR="00B5668D" w14:paraId="677CB1BA" w14:textId="77777777" w:rsidTr="003A7F58"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15A6A" w14:textId="77777777" w:rsidR="00B5668D" w:rsidRDefault="00000000">
            <w:pPr>
              <w:spacing w:after="0"/>
            </w:pPr>
            <w:r>
              <w:rPr>
                <w:b/>
              </w:rPr>
              <w:t>FARMACIA: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169C5B" w14:textId="77777777" w:rsidR="00B5668D" w:rsidRDefault="00000000">
            <w:pPr>
              <w:spacing w:after="0"/>
            </w:pPr>
            <w:r>
              <w:t>[Nombre / Nº Oficina]</w:t>
            </w:r>
          </w:p>
        </w:tc>
        <w:tc>
          <w:tcPr>
            <w:tcW w:w="2004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90EAC" w14:textId="77777777" w:rsidR="00B5668D" w:rsidRDefault="00000000">
            <w:pPr>
              <w:spacing w:after="0"/>
            </w:pPr>
            <w:r>
              <w:rPr>
                <w:b/>
              </w:rPr>
              <w:t>FARMACÉUTICO:</w:t>
            </w:r>
          </w:p>
        </w:tc>
        <w:tc>
          <w:tcPr>
            <w:tcW w:w="31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4BE7E" w14:textId="77777777" w:rsidR="00B5668D" w:rsidRDefault="00000000">
            <w:pPr>
              <w:spacing w:after="0"/>
            </w:pPr>
            <w:r>
              <w:t>[Nombre y Colegiado]</w:t>
            </w:r>
          </w:p>
        </w:tc>
      </w:tr>
      <w:tr w:rsidR="00B5668D" w14:paraId="4B111730" w14:textId="77777777" w:rsidTr="003A7F58"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B1120" w14:textId="77777777" w:rsidR="00B5668D" w:rsidRDefault="00000000">
            <w:pPr>
              <w:spacing w:after="0"/>
            </w:pPr>
            <w:r>
              <w:rPr>
                <w:b/>
              </w:rPr>
              <w:t>MÉDICO: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8CC952" w14:textId="77777777" w:rsidR="00B5668D" w:rsidRDefault="00000000">
            <w:pPr>
              <w:spacing w:after="0"/>
            </w:pPr>
            <w:r>
              <w:t>[Nombre del Facultativo]</w:t>
            </w:r>
          </w:p>
        </w:tc>
        <w:tc>
          <w:tcPr>
            <w:tcW w:w="2004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440AF" w14:textId="77777777" w:rsidR="00B5668D" w:rsidRDefault="00000000">
            <w:pPr>
              <w:spacing w:after="0"/>
            </w:pPr>
            <w:r>
              <w:rPr>
                <w:b/>
              </w:rPr>
              <w:t>CENTRO SALUD:</w:t>
            </w:r>
          </w:p>
        </w:tc>
        <w:tc>
          <w:tcPr>
            <w:tcW w:w="31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230A6" w14:textId="77777777" w:rsidR="00B5668D" w:rsidRDefault="00000000">
            <w:pPr>
              <w:spacing w:after="0"/>
            </w:pPr>
            <w:r>
              <w:t>[Nombre del Centro]</w:t>
            </w:r>
          </w:p>
        </w:tc>
      </w:tr>
      <w:tr w:rsidR="00B5668D" w14:paraId="74490613" w14:textId="77777777" w:rsidTr="003A7F58">
        <w:tc>
          <w:tcPr>
            <w:tcW w:w="172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35FD5" w14:textId="77777777" w:rsidR="00B5668D" w:rsidRDefault="00000000">
            <w:pPr>
              <w:spacing w:after="0"/>
            </w:pPr>
            <w:r>
              <w:rPr>
                <w:b/>
              </w:rPr>
              <w:t>CONTACTO: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04E97" w14:textId="77777777" w:rsidR="00B5668D" w:rsidRDefault="00000000">
            <w:pPr>
              <w:spacing w:after="0"/>
            </w:pPr>
            <w:r>
              <w:t>Tel: [Número] / Email:</w:t>
            </w:r>
          </w:p>
        </w:tc>
        <w:tc>
          <w:tcPr>
            <w:tcW w:w="2004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83B305" w14:textId="77777777" w:rsidR="00B5668D" w:rsidRDefault="00000000">
            <w:pPr>
              <w:spacing w:after="0"/>
            </w:pPr>
            <w:r>
              <w:rPr>
                <w:b/>
              </w:rPr>
              <w:t>CUIDADOR/A:</w:t>
            </w:r>
          </w:p>
        </w:tc>
        <w:tc>
          <w:tcPr>
            <w:tcW w:w="31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77C18D" w14:textId="77777777" w:rsidR="00B5668D" w:rsidRDefault="00000000">
            <w:pPr>
              <w:spacing w:after="0"/>
            </w:pPr>
            <w:r>
              <w:t>[Nombre y Teléfono]</w:t>
            </w:r>
          </w:p>
        </w:tc>
      </w:tr>
    </w:tbl>
    <w:p w14:paraId="307B0E86" w14:textId="77777777" w:rsidR="00B5668D" w:rsidRPr="003A7F58" w:rsidRDefault="00000000">
      <w:pPr>
        <w:spacing w:before="240" w:after="80"/>
        <w:rPr>
          <w:lang w:val="es-ES"/>
        </w:rPr>
      </w:pPr>
      <w:r w:rsidRPr="003A7F58">
        <w:rPr>
          <w:b/>
          <w:color w:val="1F4E78"/>
          <w:sz w:val="22"/>
          <w:lang w:val="es-ES"/>
        </w:rPr>
        <w:t>2. MOTIVO PRINCIPAL DE LA CONSULTA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4320"/>
        <w:gridCol w:w="864"/>
        <w:gridCol w:w="4320"/>
      </w:tblGrid>
      <w:tr w:rsidR="00B5668D" w:rsidRPr="003A7F58" w14:paraId="312DBF42" w14:textId="77777777"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8FBD3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1C2FE" w14:textId="77777777" w:rsidR="00B5668D" w:rsidRDefault="00000000">
            <w:pPr>
              <w:spacing w:after="0"/>
            </w:pPr>
            <w:r>
              <w:t>Discrepancia (Receta vs. Paciente)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24F22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2A26B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Forma farmacéutica no apta para SPD</w:t>
            </w:r>
          </w:p>
        </w:tc>
      </w:tr>
      <w:tr w:rsidR="00B5668D" w14:paraId="12923452" w14:textId="77777777"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F1F64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4260E" w14:textId="77777777" w:rsidR="00B5668D" w:rsidRDefault="00000000">
            <w:pPr>
              <w:spacing w:after="0"/>
            </w:pPr>
            <w:r>
              <w:t>Duplicidad / Error de pauta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A4C20D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B533D5" w14:textId="77777777" w:rsidR="00B5668D" w:rsidRDefault="00000000">
            <w:pPr>
              <w:spacing w:after="0"/>
            </w:pPr>
            <w:r>
              <w:t>Incidencia de Adherencia / Rechazo</w:t>
            </w:r>
          </w:p>
        </w:tc>
      </w:tr>
      <w:tr w:rsidR="00B5668D" w14:paraId="4D6B2590" w14:textId="77777777"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EDDB46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1C9B8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Sospecha de RAM / Efecto Secundario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A48803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2B1C8" w14:textId="77777777" w:rsidR="00B5668D" w:rsidRDefault="00000000">
            <w:pPr>
              <w:spacing w:after="0"/>
            </w:pPr>
            <w:r>
              <w:t>Otro: [___________________________]</w:t>
            </w:r>
          </w:p>
        </w:tc>
      </w:tr>
    </w:tbl>
    <w:p w14:paraId="228CF256" w14:textId="77777777" w:rsidR="00B5668D" w:rsidRDefault="00000000">
      <w:pPr>
        <w:spacing w:before="240" w:after="80"/>
      </w:pPr>
      <w:r>
        <w:rPr>
          <w:b/>
          <w:color w:val="1F4E78"/>
          <w:sz w:val="22"/>
        </w:rPr>
        <w:t>3. DESGLOSE DE MEDICACIÓN AFECTADA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1584"/>
        <w:gridCol w:w="2016"/>
        <w:gridCol w:w="3600"/>
      </w:tblGrid>
      <w:tr w:rsidR="00B5668D" w14:paraId="476C1829" w14:textId="77777777" w:rsidTr="003A7F58">
        <w:tc>
          <w:tcPr>
            <w:tcW w:w="3168" w:type="dxa"/>
            <w:tcBorders>
              <w:bottom w:val="single" w:sz="4" w:space="0" w:color="auto"/>
            </w:tcBorders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8BBC" w14:textId="77777777" w:rsidR="00B5668D" w:rsidRDefault="00000000">
            <w:pPr>
              <w:spacing w:after="0"/>
            </w:pPr>
            <w:r>
              <w:rPr>
                <w:b/>
                <w:color w:val="FFFFFF"/>
              </w:rPr>
              <w:t>Medicamento / Principio Activo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7180" w14:textId="77777777" w:rsidR="00B5668D" w:rsidRDefault="00000000">
            <w:pPr>
              <w:spacing w:after="0"/>
              <w:jc w:val="center"/>
            </w:pPr>
            <w:r>
              <w:rPr>
                <w:b/>
                <w:color w:val="FFFFFF"/>
              </w:rPr>
              <w:t>Dosificación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4346" w14:textId="77777777" w:rsidR="00B5668D" w:rsidRPr="003A7F58" w:rsidRDefault="00000000">
            <w:pPr>
              <w:spacing w:after="0"/>
              <w:jc w:val="center"/>
              <w:rPr>
                <w:lang w:val="es-ES"/>
              </w:rPr>
            </w:pPr>
            <w:r w:rsidRPr="003A7F58">
              <w:rPr>
                <w:b/>
                <w:color w:val="FFFFFF"/>
                <w:lang w:val="es-ES"/>
              </w:rPr>
              <w:t>Pauta Actual (D-C-C-N)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68D00" w14:textId="77777777" w:rsidR="00B5668D" w:rsidRDefault="00000000">
            <w:pPr>
              <w:spacing w:after="0"/>
            </w:pPr>
            <w:r>
              <w:rPr>
                <w:b/>
                <w:color w:val="FFFFFF"/>
              </w:rPr>
              <w:t>Problema Detectado / Propuesta Farmacia</w:t>
            </w:r>
          </w:p>
        </w:tc>
      </w:tr>
      <w:tr w:rsidR="00B5668D" w14:paraId="53BDD867" w14:textId="77777777" w:rsidTr="003A7F5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8E7AA99" w14:textId="77777777" w:rsidR="00B5668D" w:rsidRDefault="00000000">
            <w:pPr>
              <w:spacing w:after="0"/>
            </w:pPr>
            <w:r>
              <w:rPr>
                <w:b/>
              </w:rPr>
              <w:t>Fármaco 1: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8870EC" w14:textId="77777777" w:rsidR="00B5668D" w:rsidRDefault="00B5668D">
            <w:pPr>
              <w:spacing w:after="0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F60D032" w14:textId="77777777" w:rsidR="00B5668D" w:rsidRDefault="00B5668D">
            <w:pPr>
              <w:spacing w:after="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01FEC6D" w14:textId="77777777" w:rsidR="00B5668D" w:rsidRDefault="00B5668D">
            <w:pPr>
              <w:spacing w:after="0"/>
            </w:pPr>
          </w:p>
        </w:tc>
      </w:tr>
      <w:tr w:rsidR="00B5668D" w14:paraId="7DBEC974" w14:textId="77777777" w:rsidTr="003A7F5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523DA36" w14:textId="77777777" w:rsidR="00B5668D" w:rsidRDefault="00000000">
            <w:pPr>
              <w:spacing w:after="0"/>
            </w:pPr>
            <w:r>
              <w:rPr>
                <w:b/>
              </w:rPr>
              <w:t>Fármaco 2: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B770795" w14:textId="77777777" w:rsidR="00B5668D" w:rsidRDefault="00B5668D">
            <w:pPr>
              <w:spacing w:after="0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06AC149" w14:textId="77777777" w:rsidR="00B5668D" w:rsidRDefault="00B5668D">
            <w:pPr>
              <w:spacing w:after="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85E568" w14:textId="77777777" w:rsidR="00B5668D" w:rsidRDefault="00B5668D">
            <w:pPr>
              <w:spacing w:after="0"/>
            </w:pPr>
          </w:p>
        </w:tc>
      </w:tr>
      <w:tr w:rsidR="00B5668D" w14:paraId="74DE436B" w14:textId="77777777" w:rsidTr="003A7F5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B435EF4" w14:textId="77777777" w:rsidR="00B5668D" w:rsidRDefault="00000000">
            <w:pPr>
              <w:spacing w:after="0"/>
            </w:pPr>
            <w:r>
              <w:rPr>
                <w:b/>
              </w:rPr>
              <w:t>Fármaco 3: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29E7B34" w14:textId="77777777" w:rsidR="00B5668D" w:rsidRDefault="00B5668D">
            <w:pPr>
              <w:spacing w:after="0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4E93516" w14:textId="77777777" w:rsidR="00B5668D" w:rsidRDefault="00B5668D">
            <w:pPr>
              <w:spacing w:after="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1A65380" w14:textId="77777777" w:rsidR="00B5668D" w:rsidRDefault="00B5668D">
            <w:pPr>
              <w:spacing w:after="0"/>
            </w:pPr>
          </w:p>
        </w:tc>
      </w:tr>
    </w:tbl>
    <w:p w14:paraId="17DACE08" w14:textId="77777777" w:rsidR="00B5668D" w:rsidRPr="003A7F58" w:rsidRDefault="00000000">
      <w:pPr>
        <w:spacing w:before="240" w:after="80"/>
        <w:rPr>
          <w:lang w:val="es-ES"/>
        </w:rPr>
      </w:pPr>
      <w:r w:rsidRPr="003A7F58">
        <w:rPr>
          <w:b/>
          <w:color w:val="1F4E78"/>
          <w:sz w:val="22"/>
          <w:lang w:val="es-ES"/>
        </w:rPr>
        <w:t>4. RESOLUCIÓN DE LA INCIDENCIA (A CUMPLIMENTAR POR EL MÉDICO)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52"/>
        <w:gridCol w:w="6768"/>
        <w:gridCol w:w="2528"/>
      </w:tblGrid>
      <w:tr w:rsidR="00B5668D" w14:paraId="6F2A2FDF" w14:textId="77777777" w:rsidTr="003A7F58">
        <w:tc>
          <w:tcPr>
            <w:tcW w:w="1152" w:type="dxa"/>
            <w:shd w:val="clear" w:color="auto" w:fill="D9E1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D662" w14:textId="77777777" w:rsidR="00B5668D" w:rsidRDefault="00000000">
            <w:pPr>
              <w:spacing w:after="0"/>
              <w:jc w:val="center"/>
            </w:pPr>
            <w:r>
              <w:rPr>
                <w:b/>
                <w:color w:val="1F4E78"/>
              </w:rPr>
              <w:t>Acción (X)</w:t>
            </w:r>
          </w:p>
        </w:tc>
        <w:tc>
          <w:tcPr>
            <w:tcW w:w="6768" w:type="dxa"/>
            <w:shd w:val="clear" w:color="auto" w:fill="D9E1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34065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b/>
                <w:color w:val="1F4E78"/>
                <w:lang w:val="es-ES"/>
              </w:rPr>
              <w:t>Instrucciones / Nueva Pauta de Medicación</w:t>
            </w:r>
          </w:p>
        </w:tc>
        <w:tc>
          <w:tcPr>
            <w:tcW w:w="2528" w:type="dxa"/>
            <w:shd w:val="clear" w:color="auto" w:fill="D9E1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A57E1" w14:textId="21BF7876" w:rsidR="00B5668D" w:rsidRDefault="00000000" w:rsidP="003A7F58">
            <w:pPr>
              <w:spacing w:after="0"/>
              <w:ind w:left="12"/>
            </w:pPr>
            <w:proofErr w:type="spellStart"/>
            <w:r>
              <w:rPr>
                <w:b/>
                <w:color w:val="1F4E78"/>
              </w:rPr>
              <w:t>Aplica</w:t>
            </w:r>
            <w:proofErr w:type="spellEnd"/>
            <w:r>
              <w:rPr>
                <w:b/>
                <w:color w:val="1F4E78"/>
              </w:rPr>
              <w:t xml:space="preserve"> a </w:t>
            </w:r>
            <w:r w:rsidR="003A7F58">
              <w:rPr>
                <w:b/>
                <w:color w:val="1F4E78"/>
              </w:rPr>
              <w:t>(</w:t>
            </w:r>
            <w:r>
              <w:rPr>
                <w:b/>
                <w:color w:val="1F4E78"/>
              </w:rPr>
              <w:t>Fármaco 1,2,3)</w:t>
            </w:r>
          </w:p>
        </w:tc>
      </w:tr>
      <w:tr w:rsidR="00B5668D" w:rsidRPr="003A7F58" w14:paraId="1664178C" w14:textId="77777777" w:rsidTr="003A7F58"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B75BF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61046A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Modificar tratamiento en receta electrónica</w:t>
            </w:r>
          </w:p>
        </w:tc>
        <w:tc>
          <w:tcPr>
            <w:tcW w:w="25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F34328" w14:textId="77777777" w:rsidR="00B5668D" w:rsidRPr="003A7F58" w:rsidRDefault="00B5668D">
            <w:pPr>
              <w:spacing w:after="0"/>
              <w:rPr>
                <w:lang w:val="es-ES"/>
              </w:rPr>
            </w:pPr>
          </w:p>
        </w:tc>
      </w:tr>
      <w:tr w:rsidR="00B5668D" w:rsidRPr="003A7F58" w14:paraId="7EC2ACEA" w14:textId="77777777" w:rsidTr="003A7F58"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80A50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0583C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Mantener pauta actual (Aclaración en observaciones)</w:t>
            </w:r>
          </w:p>
        </w:tc>
        <w:tc>
          <w:tcPr>
            <w:tcW w:w="25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5BFF9" w14:textId="77777777" w:rsidR="00B5668D" w:rsidRPr="003A7F58" w:rsidRDefault="00B5668D">
            <w:pPr>
              <w:spacing w:after="0"/>
              <w:rPr>
                <w:lang w:val="es-ES"/>
              </w:rPr>
            </w:pPr>
          </w:p>
        </w:tc>
      </w:tr>
      <w:tr w:rsidR="00B5668D" w:rsidRPr="003A7F58" w14:paraId="3238FD8E" w14:textId="77777777" w:rsidTr="003A7F58"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7077C9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0075A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Anular / Suspender el medicamento definitivamente</w:t>
            </w:r>
          </w:p>
        </w:tc>
        <w:tc>
          <w:tcPr>
            <w:tcW w:w="25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6DD6A" w14:textId="77777777" w:rsidR="00B5668D" w:rsidRPr="003A7F58" w:rsidRDefault="00B5668D">
            <w:pPr>
              <w:spacing w:after="0"/>
              <w:rPr>
                <w:lang w:val="es-ES"/>
              </w:rPr>
            </w:pPr>
          </w:p>
        </w:tc>
      </w:tr>
      <w:tr w:rsidR="00B5668D" w:rsidRPr="003A7F58" w14:paraId="1050FCFC" w14:textId="77777777" w:rsidTr="003A7F58">
        <w:tc>
          <w:tcPr>
            <w:tcW w:w="11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40674" w14:textId="77777777" w:rsidR="00B5668D" w:rsidRDefault="00000000">
            <w:pPr>
              <w:spacing w:after="0"/>
              <w:jc w:val="center"/>
            </w:pPr>
            <w:r>
              <w:t>[  ]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87020" w14:textId="77777777" w:rsidR="00B5668D" w:rsidRPr="003A7F58" w:rsidRDefault="00000000">
            <w:pPr>
              <w:spacing w:after="0"/>
              <w:rPr>
                <w:lang w:val="es-ES"/>
              </w:rPr>
            </w:pPr>
            <w:r w:rsidRPr="003A7F58">
              <w:rPr>
                <w:lang w:val="es-ES"/>
              </w:rPr>
              <w:t>Citar al paciente para revisión presencial en consulta</w:t>
            </w:r>
          </w:p>
        </w:tc>
        <w:tc>
          <w:tcPr>
            <w:tcW w:w="25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D24941" w14:textId="77777777" w:rsidR="00B5668D" w:rsidRPr="003A7F58" w:rsidRDefault="00B5668D">
            <w:pPr>
              <w:spacing w:after="0"/>
              <w:rPr>
                <w:lang w:val="es-ES"/>
              </w:rPr>
            </w:pPr>
          </w:p>
        </w:tc>
      </w:tr>
      <w:tr w:rsidR="00B5668D" w14:paraId="1A8BCDE0" w14:textId="77777777" w:rsidTr="003A7F58">
        <w:tc>
          <w:tcPr>
            <w:tcW w:w="10448" w:type="dxa"/>
            <w:gridSpan w:val="3"/>
            <w:tcMar>
              <w:top w:w="120" w:type="dxa"/>
              <w:left w:w="100" w:type="dxa"/>
              <w:bottom w:w="300" w:type="dxa"/>
              <w:right w:w="100" w:type="dxa"/>
            </w:tcMar>
          </w:tcPr>
          <w:p w14:paraId="5ACDB171" w14:textId="77777777" w:rsidR="00B5668D" w:rsidRDefault="00000000">
            <w:pPr>
              <w:spacing w:after="0"/>
              <w:rPr>
                <w:b/>
              </w:rPr>
            </w:pPr>
            <w:r>
              <w:rPr>
                <w:b/>
              </w:rPr>
              <w:t xml:space="preserve">OBSERVACIONES MÉDICAS: </w:t>
            </w:r>
          </w:p>
          <w:p w14:paraId="0E061622" w14:textId="77777777" w:rsidR="003A7F58" w:rsidRDefault="003A7F58">
            <w:pPr>
              <w:spacing w:after="0"/>
            </w:pPr>
          </w:p>
        </w:tc>
      </w:tr>
      <w:tr w:rsidR="00B5668D" w14:paraId="0C6AB7B2" w14:textId="77777777" w:rsidTr="003A7F58">
        <w:tc>
          <w:tcPr>
            <w:tcW w:w="7920" w:type="dxa"/>
            <w:gridSpan w:val="2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0065D4B5" w14:textId="59B6A4E3" w:rsidR="00B5668D" w:rsidRDefault="00000000">
            <w:pPr>
              <w:spacing w:after="0"/>
            </w:pPr>
            <w:r>
              <w:rPr>
                <w:b/>
              </w:rPr>
              <w:t xml:space="preserve">FIRMA Y SELLO </w:t>
            </w:r>
            <w:r w:rsidR="003A7F58">
              <w:rPr>
                <w:b/>
              </w:rPr>
              <w:t>FARMACIA</w:t>
            </w:r>
            <w:r>
              <w:rPr>
                <w:b/>
              </w:rPr>
              <w:t>:</w:t>
            </w:r>
          </w:p>
        </w:tc>
        <w:tc>
          <w:tcPr>
            <w:tcW w:w="2528" w:type="dxa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5D9DDE6C" w14:textId="77777777" w:rsidR="00B5668D" w:rsidRDefault="00000000">
            <w:pPr>
              <w:spacing w:after="0"/>
            </w:pPr>
            <w:r>
              <w:rPr>
                <w:b/>
              </w:rPr>
              <w:t xml:space="preserve">FECHA: </w:t>
            </w:r>
            <w:r>
              <w:t>[DD/MM/AAAA]</w:t>
            </w:r>
          </w:p>
        </w:tc>
      </w:tr>
    </w:tbl>
    <w:p w14:paraId="7515DD16" w14:textId="77777777" w:rsidR="00143988" w:rsidRDefault="00143988" w:rsidP="003A7F58"/>
    <w:sectPr w:rsidR="00143988" w:rsidSect="003A7F58">
      <w:headerReference w:type="default" r:id="rId8"/>
      <w:pgSz w:w="12240" w:h="15840"/>
      <w:pgMar w:top="864" w:right="864" w:bottom="864" w:left="86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3ED0" w14:textId="77777777" w:rsidR="00143988" w:rsidRDefault="00143988" w:rsidP="003A7F58">
      <w:pPr>
        <w:spacing w:after="0" w:line="240" w:lineRule="auto"/>
      </w:pPr>
      <w:r>
        <w:separator/>
      </w:r>
    </w:p>
  </w:endnote>
  <w:endnote w:type="continuationSeparator" w:id="0">
    <w:p w14:paraId="311F7245" w14:textId="77777777" w:rsidR="00143988" w:rsidRDefault="00143988" w:rsidP="003A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E51DC" w14:textId="77777777" w:rsidR="00143988" w:rsidRDefault="00143988" w:rsidP="003A7F58">
      <w:pPr>
        <w:spacing w:after="0" w:line="240" w:lineRule="auto"/>
      </w:pPr>
      <w:r>
        <w:separator/>
      </w:r>
    </w:p>
  </w:footnote>
  <w:footnote w:type="continuationSeparator" w:id="0">
    <w:p w14:paraId="556099D2" w14:textId="77777777" w:rsidR="00143988" w:rsidRDefault="00143988" w:rsidP="003A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D844F" w14:textId="7E1CBDB6" w:rsidR="003A7F58" w:rsidRPr="003A7F58" w:rsidRDefault="003A7F58" w:rsidP="003A7F58">
    <w:pPr>
      <w:pStyle w:val="Encabezado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080B23" wp14:editId="77D694F0">
          <wp:simplePos x="0" y="0"/>
          <wp:positionH relativeFrom="column">
            <wp:posOffset>-286247</wp:posOffset>
          </wp:positionH>
          <wp:positionV relativeFrom="paragraph">
            <wp:posOffset>-226778</wp:posOffset>
          </wp:positionV>
          <wp:extent cx="1192696" cy="548640"/>
          <wp:effectExtent l="0" t="0" r="7620" b="3810"/>
          <wp:wrapSquare wrapText="bothSides"/>
          <wp:docPr id="4602054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205484" name="Imagen 4602054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2696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7F58">
      <w:rPr>
        <w:b/>
        <w:color w:val="1F4E78"/>
        <w:sz w:val="24"/>
        <w:szCs w:val="24"/>
        <w:lang w:val="es-ES"/>
      </w:rPr>
      <w:t xml:space="preserve">COMUNICACIÓN INTERCONSULTA </w:t>
    </w:r>
    <w:r>
      <w:rPr>
        <w:b/>
        <w:color w:val="1F4E78"/>
        <w:sz w:val="24"/>
        <w:szCs w:val="24"/>
        <w:lang w:val="es-ES"/>
      </w:rPr>
      <w:t>FARMACIA-MÉDICO</w:t>
    </w:r>
    <w:r w:rsidRPr="003A7F58">
      <w:rPr>
        <w:b/>
        <w:color w:val="1F4E78"/>
        <w:sz w:val="24"/>
        <w:szCs w:val="24"/>
        <w:lang w:val="es-ES"/>
      </w:rPr>
      <w:t xml:space="preserve"> (PROGRAMA SPD)</w:t>
    </w:r>
  </w:p>
  <w:p w14:paraId="30EF8737" w14:textId="77777777" w:rsidR="003A7F58" w:rsidRPr="003A7F58" w:rsidRDefault="003A7F5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750793">
    <w:abstractNumId w:val="8"/>
  </w:num>
  <w:num w:numId="2" w16cid:durableId="816993754">
    <w:abstractNumId w:val="6"/>
  </w:num>
  <w:num w:numId="3" w16cid:durableId="2132170171">
    <w:abstractNumId w:val="5"/>
  </w:num>
  <w:num w:numId="4" w16cid:durableId="1917283808">
    <w:abstractNumId w:val="4"/>
  </w:num>
  <w:num w:numId="5" w16cid:durableId="984161644">
    <w:abstractNumId w:val="7"/>
  </w:num>
  <w:num w:numId="6" w16cid:durableId="1233541610">
    <w:abstractNumId w:val="3"/>
  </w:num>
  <w:num w:numId="7" w16cid:durableId="1090851938">
    <w:abstractNumId w:val="2"/>
  </w:num>
  <w:num w:numId="8" w16cid:durableId="1672295903">
    <w:abstractNumId w:val="1"/>
  </w:num>
  <w:num w:numId="9" w16cid:durableId="76587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988"/>
    <w:rsid w:val="0015074B"/>
    <w:rsid w:val="0029639D"/>
    <w:rsid w:val="00326F90"/>
    <w:rsid w:val="003A7F58"/>
    <w:rsid w:val="004D33DC"/>
    <w:rsid w:val="00705224"/>
    <w:rsid w:val="00AA1D8D"/>
    <w:rsid w:val="00B47730"/>
    <w:rsid w:val="00B566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D232C6"/>
  <w14:defaultImageDpi w14:val="330"/>
  <w15:docId w15:val="{61BC0B77-AFBB-4994-AFA0-38C18EA1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BlisterSuite</Company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interconsulta SPD</dc:title>
  <dc:subject>Modelo interconsulta SPD</dc:subject>
  <dc:creator>BlisterSuite</dc:creator>
  <cp:keywords/>
  <dc:description/>
  <cp:lastModifiedBy>Inmaculada Clérigues Gas</cp:lastModifiedBy>
  <cp:revision>3</cp:revision>
  <dcterms:created xsi:type="dcterms:W3CDTF">2013-12-23T23:15:00Z</dcterms:created>
  <dcterms:modified xsi:type="dcterms:W3CDTF">2026-08-31T10:08:00Z</dcterms:modified>
  <cp:category/>
</cp:coreProperties>
</file>